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54480" cy="466344"/>
            <wp:docPr id="1" name="Picture 1"/>
            <wp:cNvGraphicFramePr>
              <a:graphicFrameLocks noChangeAspect="1"/>
            </wp:cNvGraphicFramePr>
            <a:graphic>
              <a:graphicData uri="http://schemas.openxmlformats.org/drawingml/2006/picture">
                <pic:pic>
                  <pic:nvPicPr>
                    <pic:cNvPr id="0" name="logo_light_transparent.png"/>
                    <pic:cNvPicPr/>
                  </pic:nvPicPr>
                  <pic:blipFill>
                    <a:blip r:embed="rId9"/>
                    <a:stretch>
                      <a:fillRect/>
                    </a:stretch>
                  </pic:blipFill>
                  <pic:spPr>
                    <a:xfrm>
                      <a:off x="0" y="0"/>
                      <a:ext cx="1554480" cy="466344"/>
                    </a:xfrm>
                    <a:prstGeom prst="rect"/>
                  </pic:spPr>
                </pic:pic>
              </a:graphicData>
            </a:graphic>
          </wp:inline>
        </w:drawing>
      </w:r>
    </w:p>
    <w:p>
      <w:r>
        <w:rPr>
          <w:rFonts w:ascii="Inter" w:hAnsi="Inter"/>
          <w:b/>
          <w:color w:val="0E2745"/>
          <w:sz w:val="44"/>
        </w:rPr>
        <w:t>Weekly HACCP Review Sheet</w:t>
      </w:r>
    </w:p>
    <w:p>
      <w:r>
        <w:rPr>
          <w:rFonts w:ascii="Inter" w:hAnsi="Inter"/>
          <w:color w:val="4B5563"/>
          <w:sz w:val="20"/>
        </w:rPr>
        <w:t>A manager review that focuses on missing checks, repeated deviations, corrective actions and evidence quality.</w:t>
      </w:r>
    </w:p>
    <w:p>
      <w:r>
        <w:rPr>
          <w:rFonts w:ascii="Inter" w:hAnsi="Inter"/>
          <w:b/>
          <w:color w:val="E8572A"/>
        </w:rPr>
        <w:t>HOW TO USE</w:t>
      </w:r>
    </w:p>
    <w:p>
      <w:r>
        <w:rPr>
          <w:rFonts w:ascii="Inter" w:hAnsi="Inter"/>
          <w:sz w:val="18"/>
        </w:rPr>
        <w:t>Confirm your local requirements and property limits first. Complete the record at the time of the check or deviation. Keep supporting evidence with the completed form and have the responsible manager review exceptions.</w:t>
      </w:r>
    </w:p>
    <w:tbl>
      <w:tblPr>
        <w:tblW w:type="auto" w:w="0"/>
        <w:jc w:val="center"/>
        <w:tblLook w:firstColumn="1" w:firstRow="1" w:lastColumn="0" w:lastRow="0" w:noHBand="0" w:noVBand="1" w:val="04A0"/>
      </w:tblPr>
      <w:tblGrid>
        <w:gridCol w:w="5184"/>
        <w:gridCol w:w="5184"/>
      </w:tblGrid>
      <w:tr>
        <w:tc>
          <w:tcPr>
            <w:tcW w:type="dxa" w:w="5184"/>
            <w:shd w:fill="F7F2EA"/>
          </w:tcPr>
          <w:p>
            <w:r>
              <w:rPr>
                <w:rFonts w:ascii="Inter" w:hAnsi="Inter"/>
                <w:b/>
                <w:color w:val="0E2745"/>
                <w:sz w:val="17"/>
              </w:rPr>
              <w:t>Were all scheduled monitoring records completed?</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Were any critical limits / property limits exceeded?</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Did each deviation have a documented action?</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Was affected food disposition recorded where relevant?</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Are repeated failures appearing in the same unit or process?</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Were probes / monitoring devices available and suitable?</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Are signatures / names and times clear?</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Are open corrective actions assigned and dated?</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What needs escalation this week?</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Manager review and date</w:t>
            </w:r>
          </w:p>
        </w:tc>
        <w:tc>
          <w:tcPr>
            <w:tcW w:type="dxa" w:w="5184"/>
          </w:tcPr>
          <w:p>
            <w:r>
              <w:rPr>
                <w:rFonts w:ascii="Inter" w:hAnsi="Inter"/>
                <w:color w:val="E8572A"/>
                <w:sz w:val="17"/>
              </w:rPr>
              <w:t>[Complete here]</w:t>
            </w:r>
          </w:p>
        </w:tc>
      </w:tr>
    </w:tbl>
    <w:p>
      <w:r>
        <w:rPr>
          <w:rFonts w:ascii="Inter" w:hAnsi="Inter"/>
          <w:b/>
          <w:color w:val="E8572A"/>
        </w:rPr>
        <w:t>IMPORTANT</w:t>
      </w:r>
    </w:p>
    <w:p>
      <w:r>
        <w:rPr>
          <w:rFonts w:ascii="Inter" w:hAnsi="Inter"/>
          <w:sz w:val="16"/>
        </w:rPr>
        <w:t>Requirements and acceptable control limits vary by jurisdiction and process. Verify the current rules and your approved food-safety/HACCP plan before use.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